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Vorbereitung für eine Holztreppen-Anfrage in Hamburg</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Holztreppe erneuern oder renovieren: Die richtige Entscheidung treffen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treppehamburg.de/index.html" TargetMode="External"/><Relationship Id="rId10" Type="http://schemas.openxmlformats.org/officeDocument/2006/relationships/hyperlink" Target="https://azure.holztreppehamburg.de/paket-7c4fd6846a67414582c20984b9ad6b35/holztreppe-erneuern-oder-renovieren-die-richtige-entscheidung-treffen-bb79c6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